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7832A" w14:textId="37362461" w:rsidR="00A05047" w:rsidRPr="006E70D5" w:rsidRDefault="001D26A2">
      <w:pPr>
        <w:spacing w:after="40"/>
        <w:jc w:val="center"/>
        <w:rPr>
          <w:rFonts w:eastAsia="맑은 고딕" w:hint="eastAsia"/>
          <w:lang w:eastAsia="ko-KR"/>
        </w:rPr>
      </w:pPr>
      <w:r>
        <w:rPr>
          <w:b/>
          <w:sz w:val="32"/>
        </w:rPr>
        <w:t>CMDS AWARDS NOMINATION FORM</w:t>
      </w:r>
      <w:r w:rsidR="006E70D5">
        <w:rPr>
          <w:rFonts w:eastAsia="맑은 고딕" w:hint="eastAsia"/>
          <w:b/>
          <w:sz w:val="32"/>
          <w:lang w:eastAsia="ko-KR"/>
        </w:rPr>
        <w:t xml:space="preserve"> (2028)</w:t>
      </w:r>
    </w:p>
    <w:p w14:paraId="77EF9668" w14:textId="77777777" w:rsidR="00A05047" w:rsidRDefault="001D26A2">
      <w:pPr>
        <w:spacing w:after="80"/>
        <w:jc w:val="center"/>
      </w:pPr>
      <w:r>
        <w:rPr>
          <w:b/>
          <w:sz w:val="24"/>
        </w:rPr>
        <w:t>CMDS Achievement Award / CMDS Innovation Award</w:t>
      </w:r>
    </w:p>
    <w:p w14:paraId="3D69FDCE" w14:textId="77777777" w:rsidR="00A05047" w:rsidRDefault="001D26A2">
      <w:pPr>
        <w:spacing w:after="160"/>
        <w:jc w:val="center"/>
      </w:pPr>
      <w:r>
        <w:rPr>
          <w:i/>
        </w:rPr>
        <w:t>International Organizing Committee</w:t>
      </w:r>
    </w:p>
    <w:p w14:paraId="263AA293" w14:textId="77777777" w:rsidR="00A05047" w:rsidRDefault="001D26A2" w:rsidP="00CE4588">
      <w:pPr>
        <w:spacing w:after="80"/>
        <w:jc w:val="both"/>
      </w:pPr>
      <w:r>
        <w:rPr>
          <w:b/>
          <w:sz w:val="23"/>
        </w:rPr>
        <w:t>Instructions to the nominator</w:t>
      </w:r>
    </w:p>
    <w:p w14:paraId="327BB9F8" w14:textId="7C4DF37C" w:rsidR="00A05047" w:rsidRDefault="001D26A2" w:rsidP="00CE4588">
      <w:pPr>
        <w:spacing w:after="40"/>
        <w:ind w:left="173" w:hanging="173"/>
        <w:jc w:val="both"/>
      </w:pPr>
      <w:r>
        <w:rPr>
          <w:sz w:val="19"/>
        </w:rPr>
        <w:t>• Use one form for each nominee</w:t>
      </w:r>
      <w:r>
        <w:rPr>
          <w:sz w:val="19"/>
        </w:rPr>
        <w:t>.</w:t>
      </w:r>
    </w:p>
    <w:p w14:paraId="4F9A2D65" w14:textId="77777777" w:rsidR="00A05047" w:rsidRDefault="001D26A2" w:rsidP="00CE4588">
      <w:pPr>
        <w:spacing w:after="40"/>
        <w:ind w:left="173" w:hanging="173"/>
        <w:jc w:val="both"/>
      </w:pPr>
      <w:r>
        <w:rPr>
          <w:sz w:val="19"/>
        </w:rPr>
        <w:t>• Self-nominations are not accepted.</w:t>
      </w:r>
    </w:p>
    <w:p w14:paraId="68CC4E69" w14:textId="77777777" w:rsidR="00A05047" w:rsidRDefault="001D26A2" w:rsidP="00CE4588">
      <w:pPr>
        <w:spacing w:after="40"/>
        <w:ind w:left="173" w:hanging="173"/>
        <w:jc w:val="both"/>
      </w:pPr>
      <w:r>
        <w:rPr>
          <w:sz w:val="19"/>
        </w:rPr>
        <w:t>• Nominations and deliberations are confidential.</w:t>
      </w:r>
    </w:p>
    <w:p w14:paraId="00E9005E" w14:textId="77777777" w:rsidR="00A05047" w:rsidRDefault="001D26A2" w:rsidP="00CE4588">
      <w:pPr>
        <w:spacing w:after="40"/>
        <w:ind w:left="173" w:hanging="173"/>
        <w:jc w:val="both"/>
      </w:pPr>
      <w:r>
        <w:rPr>
          <w:sz w:val="19"/>
        </w:rPr>
        <w:t>• Please submit this form only. Supplementary material is not required.</w:t>
      </w:r>
    </w:p>
    <w:p w14:paraId="05BFD10C" w14:textId="18AA83D6" w:rsidR="00A05047" w:rsidRPr="00CE4588" w:rsidRDefault="001D26A2" w:rsidP="00CE4588">
      <w:pPr>
        <w:spacing w:after="40" w:line="240" w:lineRule="auto"/>
        <w:jc w:val="both"/>
        <w:rPr>
          <w:rFonts w:eastAsia="맑은 고딕" w:hint="eastAsia"/>
          <w:lang w:eastAsia="ko-KR"/>
        </w:rPr>
      </w:pPr>
      <w:r>
        <w:t xml:space="preserve">Submission deadline: </w:t>
      </w:r>
      <w:r w:rsidR="00CE4588">
        <w:rPr>
          <w:rFonts w:eastAsia="맑은 고딕" w:hint="eastAsia"/>
          <w:lang w:eastAsia="ko-KR"/>
        </w:rPr>
        <w:t>Aug. 31, 2027</w:t>
      </w:r>
    </w:p>
    <w:p w14:paraId="2AC363FF" w14:textId="17719319" w:rsidR="00A05047" w:rsidRPr="00CE4588" w:rsidRDefault="001D26A2" w:rsidP="00CE4588">
      <w:pPr>
        <w:spacing w:after="40" w:line="240" w:lineRule="auto"/>
        <w:jc w:val="both"/>
        <w:rPr>
          <w:rFonts w:eastAsia="맑은 고딕" w:hint="eastAsia"/>
          <w:lang w:eastAsia="ko-KR"/>
        </w:rPr>
      </w:pPr>
      <w:r>
        <w:t xml:space="preserve">Return to: </w:t>
      </w:r>
      <w:r w:rsidR="00CE4588">
        <w:rPr>
          <w:rFonts w:eastAsia="맑은 고딕" w:hint="eastAsia"/>
          <w:lang w:eastAsia="ko-KR"/>
        </w:rPr>
        <w:t>IOC chair (Minhaeng Cho, mcho@kroea.ac.kr)</w:t>
      </w:r>
    </w:p>
    <w:p w14:paraId="49082C1E" w14:textId="77777777" w:rsidR="00CE4588" w:rsidRDefault="00CE4588" w:rsidP="00CE4588">
      <w:pPr>
        <w:spacing w:before="160" w:after="60"/>
        <w:jc w:val="both"/>
        <w:rPr>
          <w:rFonts w:eastAsia="맑은 고딕"/>
          <w:b/>
          <w:sz w:val="23"/>
          <w:lang w:eastAsia="ko-KR"/>
        </w:rPr>
      </w:pPr>
    </w:p>
    <w:p w14:paraId="24DFFA2C" w14:textId="75A1535E" w:rsidR="00A05047" w:rsidRDefault="001D26A2" w:rsidP="00CE4588">
      <w:pPr>
        <w:spacing w:before="160" w:after="60"/>
        <w:jc w:val="both"/>
      </w:pPr>
      <w:r>
        <w:rPr>
          <w:b/>
          <w:sz w:val="23"/>
        </w:rPr>
        <w:t>1. Award</w:t>
      </w:r>
    </w:p>
    <w:p w14:paraId="3F8D3DF1" w14:textId="26B7D634" w:rsidR="00A05047" w:rsidRPr="00CE4588" w:rsidRDefault="001D26A2" w:rsidP="00CE4588">
      <w:pPr>
        <w:spacing w:after="40" w:line="240" w:lineRule="auto"/>
        <w:jc w:val="both"/>
        <w:rPr>
          <w:rFonts w:eastAsia="맑은 고딕" w:hint="eastAsia"/>
          <w:lang w:eastAsia="ko-KR"/>
        </w:rPr>
      </w:pPr>
      <w:r>
        <w:t>Award nominated for (write CMDS Achievement Award or CMDS Innovation Award):</w:t>
      </w:r>
    </w:p>
    <w:p w14:paraId="323FA0DD" w14:textId="77777777" w:rsidR="00CE4588" w:rsidRDefault="00CE4588" w:rsidP="00CE4588">
      <w:pPr>
        <w:spacing w:before="160" w:after="60"/>
        <w:jc w:val="both"/>
        <w:rPr>
          <w:rFonts w:eastAsia="맑은 고딕"/>
          <w:b/>
          <w:sz w:val="23"/>
          <w:lang w:eastAsia="ko-KR"/>
        </w:rPr>
      </w:pPr>
    </w:p>
    <w:p w14:paraId="288E217A" w14:textId="00FE2E37" w:rsidR="00A05047" w:rsidRDefault="001D26A2" w:rsidP="00CE4588">
      <w:pPr>
        <w:spacing w:before="160" w:after="60"/>
        <w:jc w:val="both"/>
      </w:pPr>
      <w:r>
        <w:rPr>
          <w:b/>
          <w:sz w:val="23"/>
        </w:rPr>
        <w:t>2. Nominee</w:t>
      </w:r>
    </w:p>
    <w:p w14:paraId="6FA71C16" w14:textId="27A4BF91" w:rsidR="00A05047" w:rsidRPr="00CE4588" w:rsidRDefault="001D26A2" w:rsidP="00CE4588">
      <w:pPr>
        <w:spacing w:after="40" w:line="240" w:lineRule="auto"/>
        <w:jc w:val="both"/>
        <w:rPr>
          <w:rFonts w:eastAsia="맑은 고딕" w:hint="eastAsia"/>
          <w:lang w:eastAsia="ko-KR"/>
        </w:rPr>
      </w:pPr>
      <w:r>
        <w:t xml:space="preserve">Full name: </w:t>
      </w:r>
    </w:p>
    <w:p w14:paraId="78EFB027" w14:textId="77777777" w:rsidR="00CE4588" w:rsidRDefault="001D26A2" w:rsidP="00CE4588">
      <w:pPr>
        <w:spacing w:after="40" w:line="240" w:lineRule="auto"/>
        <w:jc w:val="both"/>
        <w:rPr>
          <w:rFonts w:eastAsia="맑은 고딕"/>
          <w:lang w:eastAsia="ko-KR"/>
        </w:rPr>
      </w:pPr>
      <w:r>
        <w:t xml:space="preserve">Present position/title: </w:t>
      </w:r>
    </w:p>
    <w:p w14:paraId="455D539F" w14:textId="1E45C381" w:rsidR="00A05047" w:rsidRPr="00CE4588" w:rsidRDefault="001D26A2" w:rsidP="00CE4588">
      <w:pPr>
        <w:spacing w:after="40" w:line="240" w:lineRule="auto"/>
        <w:jc w:val="both"/>
        <w:rPr>
          <w:rFonts w:eastAsia="맑은 고딕" w:hint="eastAsia"/>
          <w:lang w:eastAsia="ko-KR"/>
        </w:rPr>
      </w:pPr>
      <w:r>
        <w:t xml:space="preserve">Institution/affiliation: </w:t>
      </w:r>
    </w:p>
    <w:p w14:paraId="6605ECE4" w14:textId="7A889E6C" w:rsidR="00A05047" w:rsidRPr="00CE4588" w:rsidRDefault="001D26A2" w:rsidP="00CE4588">
      <w:pPr>
        <w:spacing w:after="40" w:line="240" w:lineRule="auto"/>
        <w:jc w:val="both"/>
        <w:rPr>
          <w:rFonts w:eastAsia="맑은 고딕" w:hint="eastAsia"/>
          <w:lang w:eastAsia="ko-KR"/>
        </w:rPr>
      </w:pPr>
      <w:r>
        <w:t xml:space="preserve">Primary field or area of contribution: </w:t>
      </w:r>
    </w:p>
    <w:p w14:paraId="3CBB8586" w14:textId="77777777" w:rsidR="00CE4588" w:rsidRDefault="00CE4588" w:rsidP="00CE4588">
      <w:pPr>
        <w:spacing w:before="160" w:after="60"/>
        <w:jc w:val="both"/>
        <w:rPr>
          <w:rFonts w:eastAsia="맑은 고딕"/>
          <w:i/>
          <w:sz w:val="20"/>
          <w:lang w:eastAsia="ko-KR"/>
        </w:rPr>
      </w:pPr>
    </w:p>
    <w:p w14:paraId="4BAC9148" w14:textId="66328F97" w:rsidR="00A05047" w:rsidRDefault="001D26A2" w:rsidP="00CE4588">
      <w:pPr>
        <w:spacing w:before="160" w:after="60"/>
        <w:jc w:val="both"/>
      </w:pPr>
      <w:r>
        <w:rPr>
          <w:b/>
          <w:sz w:val="23"/>
        </w:rPr>
        <w:t>3. Nominator</w:t>
      </w:r>
    </w:p>
    <w:p w14:paraId="364E4F1F" w14:textId="19870DDD" w:rsidR="00A05047" w:rsidRPr="00CE4588" w:rsidRDefault="001D26A2" w:rsidP="00CE4588">
      <w:pPr>
        <w:spacing w:after="40" w:line="240" w:lineRule="auto"/>
        <w:jc w:val="both"/>
        <w:rPr>
          <w:rFonts w:eastAsia="맑은 고딕" w:hint="eastAsia"/>
          <w:lang w:eastAsia="ko-KR"/>
        </w:rPr>
      </w:pPr>
      <w:r>
        <w:t>Full name:</w:t>
      </w:r>
    </w:p>
    <w:p w14:paraId="753E3B8A" w14:textId="6D2B933A" w:rsidR="00A05047" w:rsidRDefault="001D26A2" w:rsidP="00CE4588">
      <w:pPr>
        <w:spacing w:after="40" w:line="240" w:lineRule="auto"/>
        <w:jc w:val="both"/>
      </w:pPr>
      <w:r>
        <w:t>Position/title:</w:t>
      </w:r>
    </w:p>
    <w:p w14:paraId="6F7F10D2" w14:textId="360834B3" w:rsidR="00A05047" w:rsidRPr="00CE4588" w:rsidRDefault="001D26A2" w:rsidP="00CE4588">
      <w:pPr>
        <w:spacing w:after="40" w:line="240" w:lineRule="auto"/>
        <w:jc w:val="both"/>
        <w:rPr>
          <w:rFonts w:eastAsia="맑은 고딕" w:hint="eastAsia"/>
          <w:lang w:eastAsia="ko-KR"/>
        </w:rPr>
      </w:pPr>
      <w:r>
        <w:t>Institution/affiliation:</w:t>
      </w:r>
    </w:p>
    <w:p w14:paraId="5A85FFBB" w14:textId="22DA877C" w:rsidR="00A05047" w:rsidRPr="00CE4588" w:rsidRDefault="001D26A2" w:rsidP="00CE4588">
      <w:pPr>
        <w:spacing w:after="40" w:line="240" w:lineRule="auto"/>
        <w:jc w:val="both"/>
        <w:rPr>
          <w:rFonts w:eastAsia="맑은 고딕" w:hint="eastAsia"/>
          <w:lang w:eastAsia="ko-KR"/>
        </w:rPr>
      </w:pPr>
      <w:r>
        <w:t xml:space="preserve">E-mail: </w:t>
      </w:r>
    </w:p>
    <w:p w14:paraId="61B08C5D" w14:textId="348C783D" w:rsidR="00A05047" w:rsidRDefault="001D26A2" w:rsidP="00CE4588">
      <w:pPr>
        <w:spacing w:after="40" w:line="240" w:lineRule="auto"/>
        <w:jc w:val="both"/>
      </w:pPr>
      <w:r>
        <w:t>Telephone (optional):</w:t>
      </w:r>
    </w:p>
    <w:p w14:paraId="4D05A70C" w14:textId="0BED8DFC" w:rsidR="00A05047" w:rsidRDefault="00A05047" w:rsidP="00CE4588">
      <w:pPr>
        <w:spacing w:after="40" w:line="240" w:lineRule="auto"/>
        <w:jc w:val="both"/>
      </w:pPr>
    </w:p>
    <w:p w14:paraId="6CE65A56" w14:textId="77777777" w:rsidR="00A05047" w:rsidRDefault="001D26A2" w:rsidP="00CE4588">
      <w:pPr>
        <w:spacing w:before="160" w:after="60"/>
        <w:jc w:val="both"/>
      </w:pPr>
      <w:r>
        <w:rPr>
          <w:b/>
          <w:sz w:val="23"/>
        </w:rPr>
        <w:t>4. Proposed short citation</w:t>
      </w:r>
    </w:p>
    <w:p w14:paraId="5C24936C" w14:textId="77777777" w:rsidR="00A05047" w:rsidRDefault="001D26A2" w:rsidP="00CE4588">
      <w:pPr>
        <w:spacing w:after="60"/>
        <w:jc w:val="both"/>
      </w:pPr>
      <w:r>
        <w:rPr>
          <w:i/>
          <w:sz w:val="20"/>
        </w:rPr>
        <w:t>Please provide a concise citation suitable for an award announcement, preferably one sentence.</w:t>
      </w:r>
    </w:p>
    <w:p w14:paraId="769C8ECE" w14:textId="336CBD83" w:rsidR="00A05047" w:rsidRDefault="00A05047" w:rsidP="00CE4588">
      <w:pPr>
        <w:jc w:val="both"/>
        <w:rPr>
          <w:rFonts w:eastAsia="맑은 고딕"/>
          <w:lang w:eastAsia="ko-KR"/>
        </w:rPr>
      </w:pPr>
    </w:p>
    <w:p w14:paraId="6F1F715D" w14:textId="77777777" w:rsidR="00A05047" w:rsidRDefault="001D26A2" w:rsidP="00CE4588">
      <w:pPr>
        <w:spacing w:before="160" w:after="60"/>
        <w:jc w:val="both"/>
      </w:pPr>
      <w:r>
        <w:rPr>
          <w:b/>
          <w:sz w:val="23"/>
        </w:rPr>
        <w:t>5. Statement of nomination</w:t>
      </w:r>
    </w:p>
    <w:p w14:paraId="244CF8CB" w14:textId="6F6BC04A" w:rsidR="00A05047" w:rsidRDefault="001D26A2" w:rsidP="00CE4588">
      <w:pPr>
        <w:spacing w:after="60"/>
        <w:jc w:val="both"/>
      </w:pPr>
      <w:r>
        <w:rPr>
          <w:i/>
          <w:sz w:val="20"/>
        </w:rPr>
        <w:t>Briefly describe the nominee’s major achievements or innovation</w:t>
      </w:r>
      <w:r w:rsidR="00CE4588">
        <w:rPr>
          <w:rFonts w:eastAsia="맑은 고딕" w:hint="eastAsia"/>
          <w:i/>
          <w:sz w:val="20"/>
          <w:lang w:eastAsia="ko-KR"/>
        </w:rPr>
        <w:t>s</w:t>
      </w:r>
      <w:r>
        <w:rPr>
          <w:i/>
          <w:sz w:val="20"/>
        </w:rPr>
        <w:t>, originality, impact on molecular spectroscopy and dynamics, and significance to the CMDS community. Recommended length: about 300–500 words.</w:t>
      </w:r>
    </w:p>
    <w:p w14:paraId="64FBC30A" w14:textId="13BCBBF7" w:rsidR="00A05047" w:rsidRDefault="00A05047" w:rsidP="00CE4588">
      <w:pPr>
        <w:spacing w:after="40" w:line="240" w:lineRule="auto"/>
        <w:jc w:val="both"/>
      </w:pPr>
    </w:p>
    <w:p w14:paraId="29765184" w14:textId="77777777" w:rsidR="00A05047" w:rsidRDefault="001D26A2" w:rsidP="00CE4588">
      <w:pPr>
        <w:spacing w:before="160" w:after="60"/>
        <w:jc w:val="both"/>
      </w:pPr>
      <w:r>
        <w:rPr>
          <w:b/>
          <w:sz w:val="23"/>
        </w:rPr>
        <w:t>6. Award-specific significance</w:t>
      </w:r>
    </w:p>
    <w:p w14:paraId="3B220A99" w14:textId="77777777" w:rsidR="00A05047" w:rsidRDefault="001D26A2" w:rsidP="00CE4588">
      <w:pPr>
        <w:spacing w:after="60"/>
        <w:jc w:val="both"/>
      </w:pPr>
      <w:r>
        <w:rPr>
          <w:i/>
          <w:sz w:val="20"/>
        </w:rPr>
        <w:t>For the Achievement Award, summarize the nominee’s sustained and distinguished contributions. For the Innovation Award, identify the innovation and its scientific, conceptual, methodological, or practical impact.</w:t>
      </w:r>
    </w:p>
    <w:p w14:paraId="1CBEE933" w14:textId="4A83A78E" w:rsidR="00A05047" w:rsidRDefault="00A05047" w:rsidP="00CE4588">
      <w:pPr>
        <w:spacing w:after="40" w:line="240" w:lineRule="auto"/>
        <w:jc w:val="both"/>
      </w:pPr>
    </w:p>
    <w:p w14:paraId="6304FB94" w14:textId="77777777" w:rsidR="00A05047" w:rsidRDefault="001D26A2" w:rsidP="00CE4588">
      <w:pPr>
        <w:spacing w:before="160" w:after="60"/>
        <w:jc w:val="both"/>
      </w:pPr>
      <w:r>
        <w:rPr>
          <w:b/>
          <w:sz w:val="23"/>
        </w:rPr>
        <w:t>7. Declaration</w:t>
      </w:r>
    </w:p>
    <w:p w14:paraId="5134437E" w14:textId="54659F85" w:rsidR="00A05047" w:rsidRDefault="001D26A2" w:rsidP="00CE4588">
      <w:pPr>
        <w:spacing w:after="100"/>
        <w:jc w:val="both"/>
      </w:pPr>
      <w:r>
        <w:t>I confirm that this nomination is made in good faith</w:t>
      </w:r>
      <w:r>
        <w:t xml:space="preserve"> </w:t>
      </w:r>
      <w:r>
        <w:t>and that I will keep the nomination confidential.</w:t>
      </w:r>
    </w:p>
    <w:p w14:paraId="5D0E13BC" w14:textId="59A58649" w:rsidR="00A05047" w:rsidRDefault="001D26A2" w:rsidP="00CE4588">
      <w:pPr>
        <w:spacing w:after="40" w:line="240" w:lineRule="auto"/>
        <w:jc w:val="both"/>
      </w:pPr>
      <w:r>
        <w:t xml:space="preserve">Nominator’s signature: </w:t>
      </w:r>
    </w:p>
    <w:p w14:paraId="001800C5" w14:textId="3E1D779C" w:rsidR="00A05047" w:rsidRDefault="001D26A2" w:rsidP="00CE4588">
      <w:pPr>
        <w:spacing w:after="40" w:line="240" w:lineRule="auto"/>
        <w:jc w:val="both"/>
      </w:pPr>
      <w:r>
        <w:t xml:space="preserve">Date: </w:t>
      </w:r>
    </w:p>
    <w:sectPr w:rsidR="00A05047" w:rsidSect="00034616">
      <w:footerReference w:type="default" r:id="rId8"/>
      <w:pgSz w:w="11906" w:h="16838"/>
      <w:pgMar w:top="879" w:right="1020" w:bottom="822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23151" w14:textId="77777777" w:rsidR="001D26A2" w:rsidRDefault="001D26A2">
      <w:pPr>
        <w:spacing w:after="0" w:line="240" w:lineRule="auto"/>
      </w:pPr>
      <w:r>
        <w:separator/>
      </w:r>
    </w:p>
  </w:endnote>
  <w:endnote w:type="continuationSeparator" w:id="0">
    <w:p w14:paraId="4EC539BB" w14:textId="77777777" w:rsidR="001D26A2" w:rsidRDefault="001D2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C11B7" w14:textId="77777777" w:rsidR="00A05047" w:rsidRDefault="001D26A2">
    <w:pPr>
      <w:pStyle w:val="a6"/>
      <w:jc w:val="center"/>
    </w:pPr>
    <w:r>
      <w:rPr>
        <w:sz w:val="18"/>
      </w:rPr>
      <w:t>CMDS Awards Nomination Form — Confidential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5CA6B" w14:textId="77777777" w:rsidR="001D26A2" w:rsidRDefault="001D26A2">
      <w:pPr>
        <w:spacing w:after="0" w:line="240" w:lineRule="auto"/>
      </w:pPr>
      <w:r>
        <w:separator/>
      </w:r>
    </w:p>
  </w:footnote>
  <w:footnote w:type="continuationSeparator" w:id="0">
    <w:p w14:paraId="3AD2D72C" w14:textId="77777777" w:rsidR="001D26A2" w:rsidRDefault="001D26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38469510">
    <w:abstractNumId w:val="8"/>
  </w:num>
  <w:num w:numId="2" w16cid:durableId="1478103955">
    <w:abstractNumId w:val="6"/>
  </w:num>
  <w:num w:numId="3" w16cid:durableId="281377053">
    <w:abstractNumId w:val="5"/>
  </w:num>
  <w:num w:numId="4" w16cid:durableId="1090929122">
    <w:abstractNumId w:val="4"/>
  </w:num>
  <w:num w:numId="5" w16cid:durableId="509680954">
    <w:abstractNumId w:val="7"/>
  </w:num>
  <w:num w:numId="6" w16cid:durableId="140776001">
    <w:abstractNumId w:val="3"/>
  </w:num>
  <w:num w:numId="7" w16cid:durableId="1469710750">
    <w:abstractNumId w:val="2"/>
  </w:num>
  <w:num w:numId="8" w16cid:durableId="720010598">
    <w:abstractNumId w:val="1"/>
  </w:num>
  <w:num w:numId="9" w16cid:durableId="1123503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26A2"/>
    <w:rsid w:val="0029639D"/>
    <w:rsid w:val="00326F90"/>
    <w:rsid w:val="006E70D5"/>
    <w:rsid w:val="00A05047"/>
    <w:rsid w:val="00AA1D8D"/>
    <w:rsid w:val="00B47730"/>
    <w:rsid w:val="00CB0664"/>
    <w:rsid w:val="00CE4588"/>
    <w:rsid w:val="00E943D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FDCA53"/>
  <w14:defaultImageDpi w14:val="300"/>
  <w15:docId w15:val="{611E82D7-5B30-49E9-B651-53F3781F3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CMDS Awards Nomination Form</dc:title>
  <dc:subject>Nomination form for the CMDS Achievement Award and CMDS Innovation Award</dc:subject>
  <dc:creator>CMDS International Organizing Committee</dc:creator>
  <cp:keywords/>
  <dc:description>Revised form without boxes, tables, or supplementary-material requirements.</dc:description>
  <cp:lastModifiedBy>민행 조</cp:lastModifiedBy>
  <cp:revision>2</cp:revision>
  <dcterms:created xsi:type="dcterms:W3CDTF">2026-07-06T01:09:00Z</dcterms:created>
  <dcterms:modified xsi:type="dcterms:W3CDTF">2026-07-06T01:09:00Z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5e12db29-2940-4211-a3b3-4caf0ec09cf2</vt:lpwstr>
  </property>
</Properties>
</file>